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תפרוסת האוכלוסייה – איפה גרים בני האדם?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תפרוסת אוכלוסייה ומהי צפיפות 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גורמים פיזיים ואנושיים המשפיעים על מקומות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אזורים דלילי אוכלוסין ולהסביר כיצד האדם מתגבר על תנאי טבע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הנפשות לקמ"ר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סינגפור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השרון ומישור החוף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אקלים 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 שם נפט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בני האדם מרוכזים בחלק קטן מהיבשה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כדוגמה להתמודדות האדם עם תנאי טבע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התפרוסת לא השתנתה במהותה, אך הצפיפות גדלה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בטקסט כדוגמה לשינוי בתפרוסת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יישובים שמתגברים על הקושי, למשל בעזרת נפט או משאבים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צפיפות 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דלילי אוכלוסין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ריבוי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אזור דליל לסיבת הדלילות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(מחסור חמור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(קור קיצוני ותנאי טבע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(צמחייה סבוכה ולחות גבוהה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(טופוגרפיה תלולה וקשה למחיה)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מיינו גורמים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פיזיים: אקלים נוח, זמינות מים, אדמה פורייה, טופוגרפיה שטוחה. אנושיים: תעסוקה, תשתיות, היסטוריה, 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במפרץ הפרסי התפתחו יישובים בזכות משאבי נפט למרות האקלים המדברי 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מביא טיעון כלכלי/חברתי אחד וטיעון סביבתי/תשתיתי אחד, ומסביר את עמדתו באופן 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מספר נפשות לקמ"ר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אזור דליל עם סיבה מתאימה - מדבר, קוטב, יער גשם, הרים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אקלים נוח, מים זמינים, תעסוקה ותשתיות מפותחות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בדימוי של כדור הארץ בלילה כדי להמחיש את אי-האחידות בתפרוסת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צפיפות אוכלוסייה עולמית לצורך הדגמה חזותית של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חשוב לעודד תלמידים להביא טיעונים משני הצדדים לפני שמכריעים בעמדה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תפרוסת האוכלוסייה – איפה גרים בני האדם?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האוכלוסייה בעולם אינה מפוזרת באופן אחיד - יש אזורים צפופים מאוד ויש אזורים כמעט ריקים מאדם. בדף זה נתרגל את המושגים והדוגמאות שלמדנו בנושא.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צפיפות 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הערים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הנפשות לקמ"ר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הגשמים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משתי המדינות הבאות צפופה הרבה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מונגוליה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סינגפור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באה לידי ביטוי צפיפות אוכלוסייה גבוהה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השרון ומישור החוף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מבין הבאים הוא גורם פיזי המשפיע על תפרוסת האוכלוסייה?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תעסוקה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אקלים 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אזורי המפרץ הפרסי מאוכלסים למרות תנאי מדבר קשים?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שם הרבה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שם 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שם 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שם יערות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תפרוסת האוכלוסייה בעולם אחידה - כל האזורים מאוכלסים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הימלאיה הוא אזור דליל אוכלוסין אך מושך תיירות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במאה השנים האחרונות התפרוסת בעולם השתנתה לגמרי מהיסוד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שמש ובאר שבע הן דוגמאות לערים שגדלות במהירות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אזורי המדבר בעולם ריקים לחלוטין מיישובי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המדד שבודק כמה נפשות גרות בקמ"ר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אזורים עם מעט מאוד תושבים נקראים אזורים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גידול אוכלוסייה בגלל יותר לידות ממקרי מוות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בישראל, רוב האוכלוסייה מרוכזת ב__________ ובמישור החוף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אזור ה__________ בישראל עצום בשטחו אך דליל מאוד באוכלוסייתו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אזור דליל לסיבת הדלילות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מדבריות חמים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צמחייה סבוכה ולחות גבוהה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אזורים קוטביים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טופוגרפיה תלולה וקשה למחיה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יערות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 קיצוני ותנאי טבע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אזורים הרריים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מחסור חמור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מיינו גורמים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גורמים פיזיים ושני גורמים אנושיים המשפיעים על תפרוסת האוכלוסייה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כיצד האדם מתגבר על תנאי טבע קשים באזור דליל אחד לבחירתכם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ממשלה מציעה להקים עיר חדשה באזור מדברי דליל כדי לפזר את האוכלוסייה. התושבים מתגעגעים למחירי דירה נמוכים, אך מדענים מזהירים ממחסור במים ומעלויות תשתית גבוהות. כתבו את דעתכם - בעד, נגד או תלוי - ונמקו בשני טיעונים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צפיפות אוכלוסייה?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לאזור דליל אוכלוסין והסבירו מדוע הוא דליל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רוב האוכלוסייה בישראל מרוכזת בשרון ובמישור החוף?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תפרוסת האוכלוסייה – איפה גרים בני האדם?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