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תפרוסת האוכלוסייה – איפה גרים בני האדם?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תפרוסת אוכלוסייה ומהי צפיפות אוכלוסייה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גורמים פיזיים ואנושיים המשפיעים על מקומות היישוב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אזורים דלילי אוכלוסין ולהסביר כיצד האדם מתגבר על תנאי טבע 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הנפשות לקמ"ר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סינגפור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השרון ומישור החוף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רוב בני האדם מרוכזים בחלק קטן מהיבשה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 כדוגמה להתמודדות האדם עם תנאי טבע קשים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צפיפות אוכלוסייה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דלילי אוכלוסין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ריבוי טבעי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אזור דליל לסיבת הדלילות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(מחסור חמור במים)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(קור קיצוני ותנאי טבע קשים)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(צמחייה סבוכה ולחות גבוהה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(טופוגרפיה תלולה וקשה למחיה)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מיינו גורמים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פיזיים: אקלים נוח, זמינות מים, אדמה פורייה, טופוגרפיה שטוחה. אנושיים: תעסוקה, תשתיות, היסטוריה, פוליטיקה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מביא טיעון כלכלי/חברתי אחד וטיעון סביבתי/תשתיתי אחד, ומסביר את עמדתו באופן מנומק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מספר נפשות לקמ"ר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אזור דליל עם סיבה מתאימה - מדבר, קוטב, יער גשם, הרים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אקלים נוח, מים זמינים, תעסוקה ותשתיות מפותחות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בדימוי של כדור הארץ בלילה כדי להמחיש את אי-האחידות בתפרוסת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להשתמש במפת צפיפות אוכלוסייה עולמית לצורך הדגמה חזותית של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הדילמה, חשוב לעודד תלמידים להביא טיעונים משני הצדדים לפני שמכריעים בעמדה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תפרוסת האוכלוסייה – איפה גרים בני האדם?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האוכלוסייה בעולם אינה מפוזרת באופן אחיד - יש אזורים צפופים מאוד ויש אזורים כמעט ריקים מאדם. בדף זה נתרגל את המושגים והדוגמאות שלמדנו בנושא.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דלילי אוכלוסין  ·  צפיפות אוכלוסייה  ·  ריבוי טבעי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צפיפות אוכלוסייה?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מספר הערים במדינה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מספר הנפשות לקמ"ר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גובה ההרים באזור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איזו משתי המדינות הבאות צפופה הרבה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מונגוליה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סינגפור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שתיהן שוות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היכן באה לידי ביטוי צפיפות אוכלוסייה גבוהה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הנגב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השרון ומישור החוף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הערבה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תפרוסת האוכלוסייה בעולם אחידה - כל האזורים מאוכלסים באותה 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הימלאיה הוא אזור דליל אוכלוסין אך מושך תיירות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המדד שבודק כמה נפשות גרות בקמ"ר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אזורים עם מעט מאוד תושבים נקראים אזורים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גידול אוכלוסייה בגלל יותר לידות ממקרי מוות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אזור דליל לסיבת הדלילות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מדבריות חמים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טופוגרפיה תלולה וקשה למחיה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אזורים קוטביים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צמחייה סבוכה ולחות גבוהה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יערות גשם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מחסור חמור במים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אזורים הרריים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קור קיצוני ותנאי טבע קשים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מיינו גורמים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שני גורמים פיזיים ושני גורמים אנושיים המשפיעים על תפרוסת האוכלוסייה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ממשלה מציעה להקים עיר חדשה באזור מדברי דליל כדי לפזר את האוכלוסייה. התושבים מתגעגעים למחירי דירה נמוכים, אך מדענים מזהירים ממחסור במים ומעלויות תשתית גבוהות. כתבו את דעתכם - בעד, נגד או תלוי - ונמקו בשני טיעונים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צפיפות אוכלוסייה?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לאזור דליל אוכלוסין והסבירו מדוע הוא דליל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תפרוסת האוכלוסייה – איפה גרים בני האדם?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